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JhengHei" w:hAnsi="Microsoft JhengHei" w:eastAsia="Microsoft JhengHei"/>
          <w:b/>
          <w:sz w:val="38"/>
        </w:rPr>
        <w:t>○○○學會／機構／團體　函</w:t>
      </w:r>
    </w:p>
    <w:p>
      <w:pPr>
        <w:jc w:val="center"/>
      </w:pPr>
      <w:r>
        <w:rPr>
          <w:rFonts w:ascii="Microsoft JhengHei" w:hAnsi="Microsoft JhengHei" w:eastAsia="Microsoft JhengHei"/>
          <w:b w:val="0"/>
          <w:color w:val="5A6672"/>
          <w:sz w:val="20"/>
        </w:rPr>
        <w:t>團體補助申請公文範例（可編輯）</w:t>
      </w:r>
    </w:p>
    <w:p>
      <w:pPr>
        <w:spacing w:after="180"/>
      </w:pPr>
      <w:r>
        <w:rPr>
          <w:rFonts w:ascii="Microsoft JhengHei" w:hAnsi="Microsoft JhengHei" w:eastAsia="Microsoft JhengHei"/>
          <w:b w:val="0"/>
          <w:sz w:val="21"/>
        </w:rPr>
        <w:t>機關（團體）地址：○○○○○○○○○○</w:t>
        <w:br/>
        <w:t>聯絡人：○○○　　聯絡電話：○○○○○○○○○○</w:t>
        <w:br/>
        <w:t>電子信箱：○○○○○○○○</w:t>
      </w:r>
    </w:p>
    <w:p>
      <w:pPr>
        <w:spacing w:after="40"/>
      </w:pPr>
      <w:r>
        <w:rPr>
          <w:rFonts w:ascii="Microsoft JhengHei" w:hAnsi="Microsoft JhengHei" w:eastAsia="Microsoft JhengHei"/>
          <w:b/>
        </w:rPr>
        <w:t>受文者：</w:t>
      </w:r>
      <w:r>
        <w:rPr>
          <w:rFonts w:ascii="Microsoft JhengHei" w:hAnsi="Microsoft JhengHei" w:eastAsia="Microsoft JhengHei"/>
          <w:b w:val="0"/>
        </w:rPr>
        <w:t>財團法人台灣中青年神經外科醫師教育基金會</w:t>
      </w:r>
    </w:p>
    <w:p>
      <w:pPr>
        <w:spacing w:after="40"/>
      </w:pPr>
      <w:r>
        <w:rPr>
          <w:rFonts w:ascii="Microsoft JhengHei" w:hAnsi="Microsoft JhengHei" w:eastAsia="Microsoft JhengHei"/>
          <w:b/>
        </w:rPr>
        <w:t>發文日期：</w:t>
      </w:r>
      <w:r>
        <w:rPr>
          <w:rFonts w:ascii="Microsoft JhengHei" w:hAnsi="Microsoft JhengHei" w:eastAsia="Microsoft JhengHei"/>
          <w:b w:val="0"/>
        </w:rPr>
        <w:t>中華民國○○○年○○月○○日</w:t>
      </w:r>
    </w:p>
    <w:p>
      <w:pPr>
        <w:spacing w:after="40"/>
      </w:pPr>
      <w:r>
        <w:rPr>
          <w:rFonts w:ascii="Microsoft JhengHei" w:hAnsi="Microsoft JhengHei" w:eastAsia="Microsoft JhengHei"/>
          <w:b/>
        </w:rPr>
        <w:t>發文字號：</w:t>
      </w:r>
      <w:r>
        <w:rPr>
          <w:rFonts w:ascii="Microsoft JhengHei" w:hAnsi="Microsoft JhengHei" w:eastAsia="Microsoft JhengHei"/>
          <w:b w:val="0"/>
        </w:rPr>
        <w:t>○○字第○○○號</w:t>
      </w:r>
    </w:p>
    <w:p>
      <w:pPr>
        <w:spacing w:after="40"/>
      </w:pPr>
      <w:r>
        <w:rPr>
          <w:rFonts w:ascii="Microsoft JhengHei" w:hAnsi="Microsoft JhengHei" w:eastAsia="Microsoft JhengHei"/>
          <w:b/>
        </w:rPr>
        <w:t>速別：</w:t>
      </w:r>
      <w:r>
        <w:rPr>
          <w:rFonts w:ascii="Microsoft JhengHei" w:hAnsi="Microsoft JhengHei" w:eastAsia="Microsoft JhengHei"/>
          <w:b w:val="0"/>
        </w:rPr>
        <w:t>普通</w:t>
      </w:r>
    </w:p>
    <w:p>
      <w:pPr>
        <w:spacing w:after="40"/>
      </w:pPr>
      <w:r>
        <w:rPr>
          <w:rFonts w:ascii="Microsoft JhengHei" w:hAnsi="Microsoft JhengHei" w:eastAsia="Microsoft JhengHei"/>
          <w:b/>
        </w:rPr>
        <w:t>附件：</w:t>
      </w:r>
      <w:r>
        <w:rPr>
          <w:rFonts w:ascii="Microsoft JhengHei" w:hAnsi="Microsoft JhengHei" w:eastAsia="Microsoft JhengHei"/>
          <w:b w:val="0"/>
        </w:rPr>
        <w:t>補助申請書、活動（研究）計畫書、經費預算表及其他依規定應檢附之資料</w:t>
      </w:r>
    </w:p>
    <w:p>
      <w:pPr>
        <w:spacing w:before="240" w:after="200"/>
      </w:pPr>
      <w:r>
        <w:rPr>
          <w:rFonts w:ascii="Microsoft JhengHei" w:hAnsi="Microsoft JhengHei" w:eastAsia="Microsoft JhengHei"/>
          <w:b/>
        </w:rPr>
        <w:t>主旨：</w:t>
      </w:r>
      <w:r>
        <w:rPr>
          <w:rFonts w:ascii="Microsoft JhengHei" w:hAnsi="Microsoft JhengHei" w:eastAsia="Microsoft JhengHei"/>
          <w:b w:val="0"/>
        </w:rPr>
        <w:t>檢送本會（單位）「○○○○○○計畫／學術研討會」補助申請資料，敬請惠予審核補助，請查照。</w:t>
      </w:r>
    </w:p>
    <w:p>
      <w:r>
        <w:rPr>
          <w:rFonts w:ascii="Microsoft JhengHei" w:hAnsi="Microsoft JhengHei" w:eastAsia="Microsoft JhengHei"/>
          <w:b/>
        </w:rPr>
        <w:t>說明：</w:t>
      </w:r>
    </w:p>
    <w:p>
      <w:pPr>
        <w:spacing w:after="120"/>
        <w:ind w:left="369" w:hanging="369"/>
      </w:pPr>
      <w:r>
        <w:rPr>
          <w:rFonts w:ascii="Microsoft JhengHei" w:hAnsi="Microsoft JhengHei" w:eastAsia="Microsoft JhengHei"/>
          <w:b w:val="0"/>
        </w:rPr>
        <w:t>一、依貴基金會「補助專案計畫申請與作業規範」辦理。</w:t>
      </w:r>
    </w:p>
    <w:p>
      <w:pPr>
        <w:spacing w:after="120"/>
        <w:ind w:left="369" w:hanging="369"/>
      </w:pPr>
      <w:r>
        <w:rPr>
          <w:rFonts w:ascii="Microsoft JhengHei" w:hAnsi="Microsoft JhengHei" w:eastAsia="Microsoft JhengHei"/>
          <w:b w:val="0"/>
        </w:rPr>
        <w:t>二、本會（單位）預定於中華民國○○○年○○月○○日辦理「○○○○○○計畫／學術研討會」，以促進神經醫學相關學術交流、專業教育及人才培育。</w:t>
      </w:r>
    </w:p>
    <w:p>
      <w:pPr>
        <w:spacing w:after="120"/>
        <w:ind w:left="369" w:hanging="369"/>
      </w:pPr>
      <w:r>
        <w:rPr>
          <w:rFonts w:ascii="Microsoft JhengHei" w:hAnsi="Microsoft JhengHei" w:eastAsia="Microsoft JhengHei"/>
          <w:b w:val="0"/>
        </w:rPr>
        <w:t>三、本案計畫內容、預算及申請補助金額詳如所附申請資料，敬請貴基金會審查。</w:t>
      </w:r>
    </w:p>
    <w:p>
      <w:pPr>
        <w:spacing w:after="120"/>
        <w:ind w:left="369" w:hanging="369"/>
      </w:pPr>
      <w:r>
        <w:rPr>
          <w:rFonts w:ascii="Microsoft JhengHei" w:hAnsi="Microsoft JhengHei" w:eastAsia="Microsoft JhengHei"/>
          <w:b w:val="0"/>
        </w:rPr>
        <w:t>四、檢附補助申請書、計畫書、經費預算表及其他相關佐證文件，詳如附件。</w:t>
      </w:r>
    </w:p>
    <w:p>
      <w:pPr>
        <w:spacing w:before="240"/>
      </w:pPr>
      <w:r>
        <w:rPr>
          <w:rFonts w:ascii="Microsoft JhengHei" w:hAnsi="Microsoft JhengHei" w:eastAsia="Microsoft JhengHei"/>
          <w:b/>
        </w:rPr>
        <w:t>正本：</w:t>
      </w:r>
      <w:r>
        <w:rPr>
          <w:rFonts w:ascii="Microsoft JhengHei" w:hAnsi="Microsoft JhengHei" w:eastAsia="Microsoft JhengHei"/>
          <w:b w:val="0"/>
        </w:rPr>
        <w:t>財團法人台灣中青年神經外科醫師教育基金會</w:t>
      </w:r>
    </w:p>
    <w:p>
      <w:r>
        <w:rPr>
          <w:rFonts w:ascii="Microsoft JhengHei" w:hAnsi="Microsoft JhengHei" w:eastAsia="Microsoft JhengHei"/>
          <w:b/>
        </w:rPr>
        <w:t>副本：</w:t>
      </w:r>
      <w:r>
        <w:rPr>
          <w:rFonts w:ascii="Microsoft JhengHei" w:hAnsi="Microsoft JhengHei" w:eastAsia="Microsoft JhengHei"/>
          <w:b w:val="0"/>
        </w:rPr>
        <w:t>○○○學會／機構／團體（存查；如無可刪除）</w:t>
      </w:r>
    </w:p>
    <w:p>
      <w:pPr>
        <w:spacing w:before="380"/>
        <w:jc w:val="right"/>
      </w:pPr>
      <w:r>
        <w:rPr>
          <w:rFonts w:ascii="Microsoft JhengHei" w:hAnsi="Microsoft JhengHei" w:eastAsia="Microsoft JhengHei"/>
          <w:b/>
          <w:sz w:val="24"/>
        </w:rPr>
        <w:t>負責人／理事長：○○○</w:t>
      </w:r>
    </w:p>
    <w:p>
      <w:pPr>
        <w:spacing w:before="340"/>
      </w:pPr>
      <w:r>
        <w:rPr>
          <w:rFonts w:ascii="Microsoft JhengHei" w:hAnsi="Microsoft JhengHei" w:eastAsia="Microsoft JhengHei"/>
          <w:b/>
          <w:color w:val="4B5C70"/>
          <w:sz w:val="20"/>
        </w:rPr>
        <w:t>使用說明：</w:t>
      </w:r>
      <w:r>
        <w:rPr>
          <w:rFonts w:ascii="Microsoft JhengHei" w:hAnsi="Microsoft JhengHei" w:eastAsia="Microsoft JhengHei"/>
          <w:b w:val="0"/>
          <w:color w:val="4B5C70"/>
          <w:sz w:val="19"/>
        </w:rPr>
        <w:t>本範例僅供參考，請以申請團體正式公文格式發文；將「○○○」替換為實際資料，並依基金會公告之申請規範與附件檢核清單備齊文件。</w:t>
      </w:r>
    </w:p>
    <w:sectPr w:rsidR="00FC693F" w:rsidRPr="0006063C" w:rsidSect="00034616">
      <w:pgSz w:w="11906" w:h="16838"/>
      <w:pgMar w:top="1276" w:right="1502" w:bottom="1077" w:left="15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300" w:lineRule="auto"/>
    </w:pPr>
    <w:rPr>
      <w:rFonts w:ascii="Microsoft JhengHei" w:hAnsi="Microsoft JhengHei" w:eastAsia="Microsoft JhengHei"/>
      <w:color w:val="1E2630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