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B5E4" w14:textId="0A7C4D1B" w:rsidR="008646FD" w:rsidRDefault="002F574C" w:rsidP="00BB6ABC">
      <w:pPr>
        <w:spacing w:before="1200"/>
        <w:jc w:val="center"/>
        <w:rPr>
          <w:rFonts w:eastAsia="新細明體" w:hint="eastAsia"/>
          <w:lang w:eastAsia="zh-TW"/>
        </w:rPr>
      </w:pPr>
      <w:r>
        <w:rPr>
          <w:rFonts w:eastAsia="新細明體" w:hint="eastAsia"/>
          <w:noProof/>
          <w:lang w:eastAsia="zh-TW"/>
        </w:rPr>
        <w:drawing>
          <wp:anchor distT="0" distB="0" distL="114300" distR="114300" simplePos="0" relativeHeight="251666432" behindDoc="0" locked="0" layoutInCell="1" allowOverlap="1" wp14:anchorId="5DA6CBEA" wp14:editId="628DCDC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236460" cy="10227310"/>
            <wp:effectExtent l="0" t="0" r="2540" b="2540"/>
            <wp:wrapThrough wrapText="bothSides">
              <wp:wrapPolygon edited="0">
                <wp:start x="0" y="0"/>
                <wp:lineTo x="0" y="21565"/>
                <wp:lineTo x="21551" y="21565"/>
                <wp:lineTo x="21551" y="0"/>
                <wp:lineTo x="0" y="0"/>
              </wp:wrapPolygon>
            </wp:wrapThrough>
            <wp:docPr id="21656240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562402" name="圖片 2165624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36460" cy="1022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31957F" w14:textId="77777777" w:rsidR="000F58D9" w:rsidRPr="00F4762D" w:rsidRDefault="000F58D9" w:rsidP="000F58D9">
      <w:pPr>
        <w:widowControl w:val="0"/>
        <w:suppressAutoHyphens/>
        <w:spacing w:after="80" w:line="240" w:lineRule="auto"/>
        <w:ind w:left="4" w:hangingChars="1" w:hanging="4"/>
        <w:jc w:val="center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</w:pPr>
      <w:r w:rsidRPr="00F4762D"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  <w:lastRenderedPageBreak/>
        <w:t>財團法人台灣中青年神經外科醫師教育基金會</w:t>
      </w:r>
    </w:p>
    <w:p w14:paraId="6140F377" w14:textId="77777777" w:rsidR="000F58D9" w:rsidRPr="00F4762D" w:rsidRDefault="000F58D9" w:rsidP="000F58D9">
      <w:pPr>
        <w:tabs>
          <w:tab w:val="center" w:pos="5386"/>
          <w:tab w:val="left" w:pos="8412"/>
        </w:tabs>
        <w:spacing w:afterLines="50" w:after="120" w:line="400" w:lineRule="exact"/>
        <w:jc w:val="center"/>
        <w:rPr>
          <w:rFonts w:ascii="標楷體" w:eastAsia="標楷體" w:hAnsi="標楷體"/>
          <w:bCs/>
          <w:sz w:val="40"/>
          <w:szCs w:val="40"/>
          <w:lang w:eastAsia="zh-TW"/>
        </w:rPr>
      </w:pPr>
      <w:r w:rsidRPr="00F4762D">
        <w:rPr>
          <w:rFonts w:ascii="標楷體" w:eastAsia="標楷體" w:hAnsi="標楷體" w:cs="新細明體" w:hint="eastAsia"/>
          <w:sz w:val="40"/>
          <w:szCs w:val="40"/>
          <w:lang w:eastAsia="zh-TW"/>
        </w:rPr>
        <w:t>補助專案計畫申請資料檢核表</w:t>
      </w:r>
    </w:p>
    <w:tbl>
      <w:tblPr>
        <w:tblStyle w:val="14"/>
        <w:tblpPr w:leftFromText="180" w:rightFromText="180" w:vertAnchor="text" w:horzAnchor="margin" w:tblpXSpec="center" w:tblpY="212"/>
        <w:tblW w:w="9923" w:type="dxa"/>
        <w:tblLook w:val="04A0" w:firstRow="1" w:lastRow="0" w:firstColumn="1" w:lastColumn="0" w:noHBand="0" w:noVBand="1"/>
      </w:tblPr>
      <w:tblGrid>
        <w:gridCol w:w="1508"/>
        <w:gridCol w:w="5594"/>
        <w:gridCol w:w="2821"/>
      </w:tblGrid>
      <w:tr w:rsidR="000F58D9" w:rsidRPr="0094361C" w14:paraId="081EC084" w14:textId="77777777" w:rsidTr="003F4BC8">
        <w:trPr>
          <w:trHeight w:val="518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3C8FD44" w14:textId="77777777" w:rsidR="000F58D9" w:rsidRPr="0094361C" w:rsidRDefault="000F58D9" w:rsidP="003F4BC8">
            <w:pPr>
              <w:widowControl w:val="0"/>
              <w:spacing w:line="0" w:lineRule="atLeast"/>
              <w:ind w:left="560" w:hanging="56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>申請人</w:t>
            </w:r>
          </w:p>
        </w:tc>
        <w:tc>
          <w:tcPr>
            <w:tcW w:w="8415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0A8D5CC" w14:textId="77777777" w:rsidR="000F58D9" w:rsidRPr="00D93B56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 xml:space="preserve">   </w:t>
            </w:r>
          </w:p>
        </w:tc>
      </w:tr>
      <w:tr w:rsidR="000F58D9" w:rsidRPr="0094361C" w14:paraId="3BB212B0" w14:textId="77777777" w:rsidTr="003F4BC8">
        <w:trPr>
          <w:trHeight w:val="469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ECC2D6B" w14:textId="77777777" w:rsidR="000F58D9" w:rsidRPr="0094361C" w:rsidRDefault="000F58D9" w:rsidP="003F4BC8">
            <w:pPr>
              <w:widowControl w:val="0"/>
              <w:spacing w:line="0" w:lineRule="atLeast"/>
              <w:ind w:left="560" w:hanging="56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>計畫名稱</w:t>
            </w:r>
          </w:p>
        </w:tc>
        <w:tc>
          <w:tcPr>
            <w:tcW w:w="8415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14:paraId="19F734D2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 xml:space="preserve">     </w:t>
            </w:r>
          </w:p>
        </w:tc>
      </w:tr>
      <w:tr w:rsidR="000F58D9" w:rsidRPr="0094361C" w14:paraId="0E3CC381" w14:textId="77777777" w:rsidTr="003F4BC8">
        <w:tc>
          <w:tcPr>
            <w:tcW w:w="992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83BED5" w14:textId="77777777" w:rsidR="000F58D9" w:rsidRPr="0094361C" w:rsidRDefault="000F58D9" w:rsidP="003F4BC8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>申請文件 (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以下為</w:t>
            </w:r>
            <w:r w:rsidRPr="00AE1DD0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必要檢附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項目)</w:t>
            </w:r>
          </w:p>
        </w:tc>
      </w:tr>
      <w:tr w:rsidR="000F58D9" w:rsidRPr="0094361C" w14:paraId="6794AECF" w14:textId="77777777" w:rsidTr="003F4BC8">
        <w:tc>
          <w:tcPr>
            <w:tcW w:w="710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25" w:color="auto" w:fill="auto"/>
          </w:tcPr>
          <w:p w14:paraId="4C24E256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b/>
                <w:sz w:val="28"/>
                <w:szCs w:val="28"/>
              </w:rPr>
              <w:t>一、書面資料</w:t>
            </w:r>
          </w:p>
        </w:tc>
        <w:tc>
          <w:tcPr>
            <w:tcW w:w="28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25" w:color="auto" w:fill="auto"/>
            <w:vAlign w:val="center"/>
          </w:tcPr>
          <w:p w14:paraId="3E0BD91B" w14:textId="77777777" w:rsidR="000F58D9" w:rsidRPr="0094361C" w:rsidRDefault="000F58D9" w:rsidP="003F4BC8">
            <w:pPr>
              <w:widowControl w:val="0"/>
              <w:spacing w:line="0" w:lineRule="atLeas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CB67B8">
              <w:rPr>
                <w:rFonts w:ascii="標楷體" w:eastAsia="標楷體" w:hAnsi="標楷體" w:cs="Times New Roman"/>
                <w:b/>
                <w:sz w:val="28"/>
                <w:szCs w:val="28"/>
              </w:rPr>
              <w:t>確認欄</w:t>
            </w:r>
          </w:p>
        </w:tc>
      </w:tr>
      <w:tr w:rsidR="000F58D9" w:rsidRPr="0094361C" w14:paraId="239F10CF" w14:textId="77777777" w:rsidTr="003F4BC8">
        <w:tc>
          <w:tcPr>
            <w:tcW w:w="7102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14:paraId="4E031869" w14:textId="5A102A76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>1.</w:t>
            </w:r>
            <w:r w:rsidR="003A0C61" w:rsidRPr="003A0C61">
              <w:rPr>
                <w:rFonts w:ascii="標楷體" w:eastAsia="標楷體" w:hAnsi="標楷體" w:cs="Times New Roman"/>
                <w:sz w:val="28"/>
                <w:szCs w:val="28"/>
              </w:rPr>
              <w:t>國內外進修心得報告書</w:t>
            </w:r>
          </w:p>
        </w:tc>
        <w:tc>
          <w:tcPr>
            <w:tcW w:w="2821" w:type="dxa"/>
            <w:tcBorders>
              <w:left w:val="single" w:sz="12" w:space="0" w:color="auto"/>
              <w:right w:val="single" w:sz="18" w:space="0" w:color="auto"/>
            </w:tcBorders>
          </w:tcPr>
          <w:p w14:paraId="67CC4C7C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F58D9" w:rsidRPr="0094361C" w14:paraId="6A6F8A0D" w14:textId="77777777" w:rsidTr="003F4BC8">
        <w:tc>
          <w:tcPr>
            <w:tcW w:w="7102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14:paraId="28548DEC" w14:textId="342318CB" w:rsidR="000F58D9" w:rsidRPr="0094361C" w:rsidRDefault="006957ED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6957ED">
              <w:rPr>
                <w:rFonts w:ascii="標楷體" w:eastAsia="標楷體" w:hAnsi="標楷體" w:cs="Times New Roman"/>
                <w:sz w:val="28"/>
                <w:szCs w:val="28"/>
              </w:rPr>
              <w:t>.</w:t>
            </w:r>
            <w:r w:rsidR="003A0C61" w:rsidRPr="000F58D9">
              <w:rPr>
                <w:rFonts w:ascii="標楷體" w:eastAsia="標楷體" w:hAnsi="標楷體" w:cs="Times New Roman"/>
                <w:sz w:val="28"/>
                <w:szCs w:val="28"/>
              </w:rPr>
              <w:t>國內外出差旅費報告單</w:t>
            </w:r>
          </w:p>
        </w:tc>
        <w:tc>
          <w:tcPr>
            <w:tcW w:w="2821" w:type="dxa"/>
            <w:tcBorders>
              <w:left w:val="single" w:sz="12" w:space="0" w:color="auto"/>
              <w:right w:val="single" w:sz="18" w:space="0" w:color="auto"/>
            </w:tcBorders>
          </w:tcPr>
          <w:p w14:paraId="4ED55D77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F58D9" w:rsidRPr="0094361C" w14:paraId="6BFCDC71" w14:textId="77777777" w:rsidTr="003F4BC8">
        <w:tc>
          <w:tcPr>
            <w:tcW w:w="7102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14:paraId="1DD846BE" w14:textId="4D7437B1" w:rsidR="000F58D9" w:rsidRPr="0094361C" w:rsidRDefault="006957ED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  <w:r w:rsidRPr="006957ED">
              <w:rPr>
                <w:rFonts w:ascii="標楷體" w:eastAsia="標楷體" w:hAnsi="標楷體" w:cs="Times New Roman"/>
                <w:sz w:val="28"/>
                <w:szCs w:val="28"/>
              </w:rPr>
              <w:t>.各類費用憑證(檢附電子檔)</w:t>
            </w:r>
          </w:p>
        </w:tc>
        <w:tc>
          <w:tcPr>
            <w:tcW w:w="2821" w:type="dxa"/>
            <w:tcBorders>
              <w:left w:val="single" w:sz="12" w:space="0" w:color="auto"/>
              <w:right w:val="single" w:sz="18" w:space="0" w:color="auto"/>
            </w:tcBorders>
          </w:tcPr>
          <w:p w14:paraId="0D1EA717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F58D9" w:rsidRPr="0094361C" w14:paraId="6689D49D" w14:textId="77777777" w:rsidTr="003F4BC8">
        <w:tc>
          <w:tcPr>
            <w:tcW w:w="7102" w:type="dxa"/>
            <w:gridSpan w:val="2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540FFD2C" w14:textId="436CDBDE" w:rsidR="000F58D9" w:rsidRPr="0094361C" w:rsidRDefault="006957ED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  <w:r w:rsidR="000F58D9" w:rsidRPr="0094361C">
              <w:rPr>
                <w:rFonts w:ascii="標楷體" w:eastAsia="標楷體" w:hAnsi="標楷體" w:cs="Times New Roman"/>
                <w:sz w:val="28"/>
                <w:szCs w:val="28"/>
              </w:rPr>
              <w:t>.帳號存摺影本 (請確認檔案清晰)</w:t>
            </w:r>
          </w:p>
        </w:tc>
        <w:tc>
          <w:tcPr>
            <w:tcW w:w="2821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047062C5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F58D9" w:rsidRPr="0094361C" w14:paraId="50D60F37" w14:textId="77777777" w:rsidTr="003F4BC8">
        <w:tc>
          <w:tcPr>
            <w:tcW w:w="992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25" w:color="auto" w:fill="auto"/>
          </w:tcPr>
          <w:p w14:paraId="50AE7BF4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b/>
                <w:sz w:val="28"/>
                <w:szCs w:val="28"/>
              </w:rPr>
              <w:t>二、其他補充文件</w:t>
            </w:r>
          </w:p>
        </w:tc>
      </w:tr>
      <w:tr w:rsidR="000F58D9" w:rsidRPr="0094361C" w14:paraId="2ECDE73A" w14:textId="77777777" w:rsidTr="003F4BC8">
        <w:tc>
          <w:tcPr>
            <w:tcW w:w="7102" w:type="dxa"/>
            <w:gridSpan w:val="2"/>
            <w:tcBorders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14:paraId="3F128713" w14:textId="0CC7F55C" w:rsidR="000F58D9" w:rsidRPr="0094361C" w:rsidRDefault="009A71C2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1.會議議程</w:t>
            </w:r>
          </w:p>
        </w:tc>
        <w:tc>
          <w:tcPr>
            <w:tcW w:w="2821" w:type="dxa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44D4B26D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F58D9" w:rsidRPr="0094361C" w14:paraId="683BA018" w14:textId="77777777" w:rsidTr="003F4BC8">
        <w:tc>
          <w:tcPr>
            <w:tcW w:w="7102" w:type="dxa"/>
            <w:gridSpan w:val="2"/>
            <w:tcBorders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14:paraId="2C2C5791" w14:textId="71367881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>2.</w:t>
            </w:r>
            <w:r w:rsidR="009A71C2">
              <w:rPr>
                <w:rFonts w:ascii="標楷體" w:eastAsia="標楷體" w:hAnsi="標楷體" w:cs="Times New Roman" w:hint="eastAsia"/>
                <w:sz w:val="28"/>
                <w:szCs w:val="28"/>
              </w:rPr>
              <w:t>活動照片</w:t>
            </w:r>
          </w:p>
        </w:tc>
        <w:tc>
          <w:tcPr>
            <w:tcW w:w="2821" w:type="dxa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3C2811B2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F58D9" w:rsidRPr="0094361C" w14:paraId="6386F7D6" w14:textId="77777777" w:rsidTr="003F4BC8">
        <w:trPr>
          <w:trHeight w:val="568"/>
        </w:trPr>
        <w:tc>
          <w:tcPr>
            <w:tcW w:w="710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5230DD72" w14:textId="77777777" w:rsidR="000F58D9" w:rsidRPr="00DA1FD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上述資料請提供電子檔(WORD+PDF)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br/>
            </w:r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hyperlink r:id="rId9" w:history="1">
              <w:r w:rsidRPr="00125698">
                <w:rPr>
                  <w:rStyle w:val="affa"/>
                  <w:rFonts w:ascii="標楷體" w:eastAsia="標楷體" w:hAnsi="標楷體" w:cs="Times New Roman"/>
                  <w:sz w:val="27"/>
                  <w:szCs w:val="27"/>
                </w:rPr>
                <w:t>mail至本會公務信箱tmynsfoundation@gmail.com</w:t>
              </w:r>
            </w:hyperlink>
            <w:r w:rsidRPr="0094361C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DA1FD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82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37AC2EAA" w14:textId="77777777" w:rsidR="000F58D9" w:rsidRPr="0094361C" w:rsidRDefault="000F58D9" w:rsidP="003F4BC8">
            <w:pPr>
              <w:widowControl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4BDEC2E7" w14:textId="77777777" w:rsidR="000F58D9" w:rsidRPr="003E4ACC" w:rsidRDefault="000F58D9" w:rsidP="000F58D9">
      <w:pPr>
        <w:rPr>
          <w:rFonts w:eastAsia="新細明體" w:hint="eastAsia"/>
          <w:lang w:eastAsia="zh-TW"/>
        </w:rPr>
      </w:pPr>
      <w:r w:rsidRPr="00DA1FDC">
        <w:rPr>
          <w:rFonts w:ascii="標楷體" w:eastAsia="標楷體" w:hAnsi="標楷體"/>
          <w:noProof/>
          <w:sz w:val="28"/>
          <w:lang w:eastAsia="zh-TW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BE802EB" wp14:editId="4EC4B388">
                <wp:simplePos x="0" y="0"/>
                <wp:positionH relativeFrom="column">
                  <wp:posOffset>438150</wp:posOffset>
                </wp:positionH>
                <wp:positionV relativeFrom="paragraph">
                  <wp:posOffset>3768090</wp:posOffset>
                </wp:positionV>
                <wp:extent cx="6329045" cy="4314825"/>
                <wp:effectExtent l="0" t="0" r="0" b="0"/>
                <wp:wrapTight wrapText="bothSides">
                  <wp:wrapPolygon edited="0">
                    <wp:start x="195" y="0"/>
                    <wp:lineTo x="195" y="21457"/>
                    <wp:lineTo x="21390" y="21457"/>
                    <wp:lineTo x="21390" y="0"/>
                    <wp:lineTo x="195" y="0"/>
                  </wp:wrapPolygon>
                </wp:wrapTight>
                <wp:docPr id="5298627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9045" cy="431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5BECF" w14:textId="77777777" w:rsidR="000F58D9" w:rsidRPr="00DA1FDC" w:rsidRDefault="000F58D9" w:rsidP="000F58D9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標楷體" w:eastAsia="標楷體" w:hAnsi="標楷體" w:cs="新細明體"/>
                                <w:b/>
                                <w:bCs/>
                                <w:sz w:val="27"/>
                                <w:szCs w:val="27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b/>
                                <w:bCs/>
                                <w:sz w:val="27"/>
                                <w:szCs w:val="27"/>
                                <w:lang w:eastAsia="zh-TW"/>
                              </w:rPr>
                              <w:t>補充說明：電子郵件主旨及附件檔案命名</w:t>
                            </w:r>
                          </w:p>
                          <w:p w14:paraId="75C608B3" w14:textId="77777777" w:rsidR="000F58D9" w:rsidRPr="00DA1FDC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  <w:t>為利申請資料審查及歸檔，請依下列格式命名：</w:t>
                            </w:r>
                          </w:p>
                          <w:p w14:paraId="4948C4D2" w14:textId="77777777" w:rsidR="000F58D9" w:rsidRPr="00DA1FDC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一、電子郵件主旨</w:t>
                            </w:r>
                          </w:p>
                          <w:p w14:paraId="07B387A1" w14:textId="77777777" w:rsidR="000F58D9" w:rsidRPr="00DA1FDC" w:rsidRDefault="000F58D9" w:rsidP="000F58D9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  <w:t>個人申請－申請人姓名－專案名稱</w:t>
                            </w:r>
                          </w:p>
                          <w:p w14:paraId="0D66EF14" w14:textId="77777777" w:rsidR="000F58D9" w:rsidRPr="00DA1FDC" w:rsidRDefault="000F58D9" w:rsidP="000F58D9">
                            <w:pPr>
                              <w:numPr>
                                <w:ilvl w:val="0"/>
                                <w:numId w:val="1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  <w:t>團體申請－申請單位名稱－活動名稱</w:t>
                            </w:r>
                          </w:p>
                          <w:p w14:paraId="40EE7F99" w14:textId="77777777" w:rsidR="000F58D9" w:rsidRPr="00DA1FDC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  <w:t>範例：個人申請－王小明－內視鏡工作坊</w:t>
                            </w:r>
                          </w:p>
                          <w:p w14:paraId="18A1E64D" w14:textId="77777777" w:rsidR="000F58D9" w:rsidRPr="00843E10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二、附件檔案名稱</w:t>
                            </w:r>
                          </w:p>
                          <w:p w14:paraId="160CEA06" w14:textId="77777777" w:rsidR="000F58D9" w:rsidRPr="00DA1FDC" w:rsidRDefault="000F58D9" w:rsidP="000F58D9">
                            <w:pPr>
                              <w:numPr>
                                <w:ilvl w:val="0"/>
                                <w:numId w:val="1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  <w:t>申請類別－申請人／單位名稱－文件名稱</w:t>
                            </w:r>
                          </w:p>
                          <w:p w14:paraId="087A97B0" w14:textId="77777777" w:rsidR="000F58D9" w:rsidRPr="00DA1FDC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  <w:t>範例：個人申請－王小明－補助申請表.pdf</w:t>
                            </w:r>
                          </w:p>
                          <w:p w14:paraId="6219F48E" w14:textId="77777777" w:rsidR="000F58D9" w:rsidRPr="00DA1FDC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三、注意事項</w:t>
                            </w:r>
                          </w:p>
                          <w:p w14:paraId="18C7DF94" w14:textId="77777777" w:rsidR="000F58D9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A1FDC">
                              <w:rPr>
                                <w:rFonts w:ascii="標楷體" w:eastAsia="標楷體" w:hAnsi="標楷體" w:cs="新細明體"/>
                                <w:sz w:val="24"/>
                                <w:szCs w:val="24"/>
                                <w:lang w:eastAsia="zh-TW"/>
                              </w:rPr>
                              <w:t>請確認電子郵件主旨及附件名稱正確，並完整檢附所需文件。</w:t>
                            </w:r>
                          </w:p>
                          <w:p w14:paraId="46D8EB22" w14:textId="77777777" w:rsidR="000F58D9" w:rsidRPr="00A21DD1" w:rsidRDefault="000F58D9" w:rsidP="000F58D9">
                            <w:pPr>
                              <w:spacing w:before="100" w:beforeAutospacing="1" w:after="100" w:afterAutospacing="1" w:line="240" w:lineRule="auto"/>
                              <w:rPr>
                                <w:rFonts w:ascii="標楷體" w:eastAsia="標楷體" w:hAnsi="標楷體" w:cs="新細明體"/>
                                <w:color w:val="EE0000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A21DD1">
                              <w:rPr>
                                <w:rFonts w:ascii="標楷體" w:eastAsia="標楷體" w:hAnsi="標楷體" w:cs="新細明體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lang w:eastAsia="zh-TW"/>
                              </w:rPr>
                              <w:t>申請資料不齊全者，不予補助。</w:t>
                            </w:r>
                          </w:p>
                          <w:p w14:paraId="0AC1644D" w14:textId="77777777" w:rsidR="000F58D9" w:rsidRPr="00DA1FDC" w:rsidRDefault="000F58D9" w:rsidP="000F58D9">
                            <w:pPr>
                              <w:rPr>
                                <w:rFonts w:ascii="標楷體" w:eastAsia="標楷體" w:hAnsi="標楷體" w:cs="新細明體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802E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.5pt;margin-top:296.7pt;width:498.35pt;height:339.7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Fj+AEAAM4DAAAOAAAAZHJzL2Uyb0RvYy54bWysU8tu2zAQvBfoPxC813pETm3BcpAmTVEg&#10;fQBJP4CmKIsoyWVJ2pL79VlSjmMkt6I6EFwtObszO1xdjVqRvXBegmloMcspEYZDK822ob8e7z4s&#10;KPGBmZYpMKKhB+Hp1fr9u9Vga1FCD6oVjiCI8fVgG9qHYOss87wXmvkZWGEw2YHTLGDotlnr2IDo&#10;WmVlnl9mA7jWOuDCe/x7OyXpOuF3neDhR9d5EYhqKPYW0urSuolrtl6xeuuY7SU/tsH+oQvNpMGi&#10;J6hbFhjZOfkGSkvuwEMXZhx0Bl0nuUgckE2Rv2Lz0DMrEhcUx9uTTP7/wfLv+wf705EwfoIRB5hI&#10;eHsP/LcnBm56Zrbi2jkYesFaLFxEybLB+vp4NUrtax9BNsM3aHHIbBcgAY2d01EV5EkQHQdwOIku&#10;xkA4/ry8KJd5NaeEY666KKpFOU81WP183TofvgjQJG4a6nCqCZ7t732I7bD6+UisZuBOKpUmqwwZ&#10;GrqcI+SrjJYBjaekbugij99khcjys2nT5cCkmvZYQJkj7ch04hzGzYgHI/0NtAcUwMFkMHwQuOnB&#10;/aVkQHM11P/ZMScoUV8Nirgsqiq6MQXV/GOJgTvPbM4zzHCEamigZNrehOTgidE1it3JJMNLJ8de&#10;0TRJnaPBoyvP43Tq5RmunwAAAP//AwBQSwMEFAAGAAgAAAAhADpEWPHgAAAADAEAAA8AAABkcnMv&#10;ZG93bnJldi54bWxMj8FOwzAQRO9I/IO1SNzomtCkJMSpEIgriEIrcXPjbRIRr6PYbcLf457gNqsZ&#10;zb4p17PtxYlG3zlWcLuQIIhrZzpuFHx+vNzcg/BBs9G9Y1LwQx7W1eVFqQvjJn6n0yY0IpawL7SC&#10;NoShQPR1S1b7hRuIo3dwo9UhnmODZtRTLLc9JlJmaHXH8UOrB3pqqf7eHK2C7evha7eUb82zTYfJ&#10;zRLZ5qjU9dX8+AAi0Bz+wnDGj+hQRaa9O7LxoleQ5XFKUJDmd0sQ54DM0hWIfVTJKskBqxL/j6h+&#10;AQAA//8DAFBLAQItABQABgAIAAAAIQC2gziS/gAAAOEBAAATAAAAAAAAAAAAAAAAAAAAAABbQ29u&#10;dGVudF9UeXBlc10ueG1sUEsBAi0AFAAGAAgAAAAhADj9If/WAAAAlAEAAAsAAAAAAAAAAAAAAAAA&#10;LwEAAF9yZWxzLy5yZWxzUEsBAi0AFAAGAAgAAAAhAAKkQWP4AQAAzgMAAA4AAAAAAAAAAAAAAAAA&#10;LgIAAGRycy9lMm9Eb2MueG1sUEsBAi0AFAAGAAgAAAAhADpEWPHgAAAADAEAAA8AAAAAAAAAAAAA&#10;AAAAUgQAAGRycy9kb3ducmV2LnhtbFBLBQYAAAAABAAEAPMAAABfBQAAAAA=&#10;" filled="f" stroked="f">
                <v:textbox>
                  <w:txbxContent>
                    <w:p w14:paraId="7295BECF" w14:textId="77777777" w:rsidR="000F58D9" w:rsidRPr="00DA1FDC" w:rsidRDefault="000F58D9" w:rsidP="000F58D9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標楷體" w:eastAsia="標楷體" w:hAnsi="標楷體" w:cs="新細明體"/>
                          <w:b/>
                          <w:bCs/>
                          <w:sz w:val="27"/>
                          <w:szCs w:val="27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b/>
                          <w:bCs/>
                          <w:sz w:val="27"/>
                          <w:szCs w:val="27"/>
                          <w:lang w:eastAsia="zh-TW"/>
                        </w:rPr>
                        <w:t>補充說明：電子郵件主旨及附件檔案命名</w:t>
                      </w:r>
                    </w:p>
                    <w:p w14:paraId="75C608B3" w14:textId="77777777" w:rsidR="000F58D9" w:rsidRPr="00DA1FDC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  <w:t>為利申請資料審查及歸檔，請依下列格式命名：</w:t>
                      </w:r>
                    </w:p>
                    <w:p w14:paraId="4948C4D2" w14:textId="77777777" w:rsidR="000F58D9" w:rsidRPr="00DA1FDC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一、電子郵件主旨</w:t>
                      </w:r>
                    </w:p>
                    <w:p w14:paraId="07B387A1" w14:textId="77777777" w:rsidR="000F58D9" w:rsidRPr="00DA1FDC" w:rsidRDefault="000F58D9" w:rsidP="000F58D9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  <w:t>個人申請－申請人姓名－專案名稱</w:t>
                      </w:r>
                    </w:p>
                    <w:p w14:paraId="0D66EF14" w14:textId="77777777" w:rsidR="000F58D9" w:rsidRPr="00DA1FDC" w:rsidRDefault="000F58D9" w:rsidP="000F58D9">
                      <w:pPr>
                        <w:numPr>
                          <w:ilvl w:val="0"/>
                          <w:numId w:val="10"/>
                        </w:num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  <w:t>團體申請－申請單位名稱－活動名稱</w:t>
                      </w:r>
                    </w:p>
                    <w:p w14:paraId="40EE7F99" w14:textId="77777777" w:rsidR="000F58D9" w:rsidRPr="00DA1FDC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  <w:t>範例：個人申請－王小明－內視鏡工作坊</w:t>
                      </w:r>
                    </w:p>
                    <w:p w14:paraId="18A1E64D" w14:textId="77777777" w:rsidR="000F58D9" w:rsidRPr="00843E10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b/>
                          <w:bCs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二、附件檔案名稱</w:t>
                      </w:r>
                    </w:p>
                    <w:p w14:paraId="160CEA06" w14:textId="77777777" w:rsidR="000F58D9" w:rsidRPr="00DA1FDC" w:rsidRDefault="000F58D9" w:rsidP="000F58D9">
                      <w:pPr>
                        <w:numPr>
                          <w:ilvl w:val="0"/>
                          <w:numId w:val="11"/>
                        </w:num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  <w:t>申請類別－申請人／單位名稱－文件名稱</w:t>
                      </w:r>
                    </w:p>
                    <w:p w14:paraId="087A97B0" w14:textId="77777777" w:rsidR="000F58D9" w:rsidRPr="00DA1FDC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  <w:t>範例：個人申請－王小明－補助申請表.pdf</w:t>
                      </w:r>
                    </w:p>
                    <w:p w14:paraId="6219F48E" w14:textId="77777777" w:rsidR="000F58D9" w:rsidRPr="00DA1FDC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三、注意事項</w:t>
                      </w:r>
                    </w:p>
                    <w:p w14:paraId="18C7DF94" w14:textId="77777777" w:rsidR="000F58D9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</w:pPr>
                      <w:r w:rsidRPr="00DA1FDC">
                        <w:rPr>
                          <w:rFonts w:ascii="標楷體" w:eastAsia="標楷體" w:hAnsi="標楷體" w:cs="新細明體"/>
                          <w:sz w:val="24"/>
                          <w:szCs w:val="24"/>
                          <w:lang w:eastAsia="zh-TW"/>
                        </w:rPr>
                        <w:t>請確認電子郵件主旨及附件名稱正確，並完整檢附所需文件。</w:t>
                      </w:r>
                    </w:p>
                    <w:p w14:paraId="46D8EB22" w14:textId="77777777" w:rsidR="000F58D9" w:rsidRPr="00A21DD1" w:rsidRDefault="000F58D9" w:rsidP="000F58D9">
                      <w:pPr>
                        <w:spacing w:before="100" w:beforeAutospacing="1" w:after="100" w:afterAutospacing="1" w:line="240" w:lineRule="auto"/>
                        <w:rPr>
                          <w:rFonts w:ascii="標楷體" w:eastAsia="標楷體" w:hAnsi="標楷體" w:cs="新細明體"/>
                          <w:color w:val="EE0000"/>
                          <w:sz w:val="24"/>
                          <w:szCs w:val="24"/>
                          <w:lang w:eastAsia="zh-TW"/>
                        </w:rPr>
                      </w:pPr>
                      <w:r w:rsidRPr="00A21DD1">
                        <w:rPr>
                          <w:rFonts w:ascii="標楷體" w:eastAsia="標楷體" w:hAnsi="標楷體" w:cs="新細明體"/>
                          <w:b/>
                          <w:bCs/>
                          <w:color w:val="EE0000"/>
                          <w:sz w:val="24"/>
                          <w:szCs w:val="24"/>
                          <w:lang w:eastAsia="zh-TW"/>
                        </w:rPr>
                        <w:t>申請資料不齊全者，不予補助。</w:t>
                      </w:r>
                    </w:p>
                    <w:p w14:paraId="0AC1644D" w14:textId="77777777" w:rsidR="000F58D9" w:rsidRPr="00DA1FDC" w:rsidRDefault="000F58D9" w:rsidP="000F58D9">
                      <w:pPr>
                        <w:rPr>
                          <w:rFonts w:ascii="標楷體" w:eastAsia="標楷體" w:hAnsi="標楷體" w:cs="新細明體"/>
                          <w:lang w:eastAsia="zh-TW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lang w:eastAsia="zh-TW"/>
        </w:rPr>
        <w:t xml:space="preserve">                    </w:t>
      </w:r>
      <w:r>
        <w:rPr>
          <w:rFonts w:eastAsia="標楷體" w:hint="eastAsia"/>
          <w:sz w:val="40"/>
          <w:lang w:eastAsia="zh-TW"/>
        </w:rPr>
        <w:t xml:space="preserve">         </w:t>
      </w:r>
      <w:r w:rsidRPr="00D07F9A">
        <w:rPr>
          <w:rFonts w:ascii="標楷體" w:eastAsia="標楷體" w:hAnsi="標楷體" w:hint="eastAsia"/>
          <w:b/>
          <w:sz w:val="28"/>
          <w:u w:val="single"/>
          <w:lang w:eastAsia="zh-TW"/>
        </w:rPr>
        <w:t xml:space="preserve">       </w:t>
      </w:r>
    </w:p>
    <w:p w14:paraId="747CCB72" w14:textId="77777777" w:rsidR="000F58D9" w:rsidRPr="000F58D9" w:rsidRDefault="000F58D9" w:rsidP="00BB6ABC">
      <w:pPr>
        <w:spacing w:before="1200"/>
        <w:jc w:val="center"/>
        <w:rPr>
          <w:rFonts w:eastAsia="新細明體" w:hint="eastAsia"/>
          <w:lang w:eastAsia="zh-TW"/>
        </w:rPr>
      </w:pPr>
    </w:p>
    <w:p w14:paraId="5EC107AF" w14:textId="7AB118AB" w:rsidR="00AC30E3" w:rsidRPr="00AC30E3" w:rsidRDefault="00AC30E3">
      <w:pPr>
        <w:rPr>
          <w:rFonts w:eastAsia="新細明體" w:hint="eastAsia"/>
          <w:lang w:eastAsia="zh-TW"/>
        </w:rPr>
        <w:sectPr w:rsidR="00AC30E3" w:rsidRPr="00AC30E3">
          <w:footerReference w:type="default" r:id="rId10"/>
          <w:pgSz w:w="11906" w:h="16838"/>
          <w:pgMar w:top="255" w:right="255" w:bottom="255" w:left="255" w:header="283" w:footer="283" w:gutter="0"/>
          <w:cols w:space="720"/>
          <w:docGrid w:linePitch="360"/>
        </w:sectPr>
      </w:pPr>
    </w:p>
    <w:p w14:paraId="2F7E26AE" w14:textId="2EA1D0B9" w:rsidR="00164FC8" w:rsidRPr="003E4ACC" w:rsidRDefault="00164FC8" w:rsidP="003E4ACC">
      <w:pPr>
        <w:spacing w:after="0" w:line="240" w:lineRule="auto"/>
        <w:rPr>
          <w:rFonts w:eastAsia="新細明體" w:hint="eastAsia"/>
          <w:lang w:eastAsia="zh-TW"/>
        </w:rPr>
      </w:pPr>
      <w:bookmarkStart w:id="0" w:name="_Hlk157097045"/>
      <w:bookmarkEnd w:id="0"/>
    </w:p>
    <w:p w14:paraId="2BFC2824" w14:textId="77777777" w:rsidR="003A0C61" w:rsidRPr="00D93B56" w:rsidRDefault="003A0C61" w:rsidP="003A0C61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  <w:r w:rsidRPr="00D93B56">
        <w:rPr>
          <w:rFonts w:ascii="標楷體" w:eastAsia="標楷體" w:hAnsi="標楷體" w:cs="Times New Roman"/>
          <w:kern w:val="2"/>
          <w:sz w:val="40"/>
          <w:szCs w:val="40"/>
          <w:lang w:eastAsia="zh-TW"/>
        </w:rPr>
        <w:t>財團法人台灣中青年神經外科醫師教育基金會</w:t>
      </w:r>
    </w:p>
    <w:p w14:paraId="039CC51F" w14:textId="77777777" w:rsidR="003A0C61" w:rsidRPr="00D93B56" w:rsidRDefault="003A0C61" w:rsidP="003A0C61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  <w:r w:rsidRPr="00D93B56">
        <w:rPr>
          <w:rFonts w:ascii="標楷體" w:eastAsia="標楷體" w:hAnsi="標楷體" w:cs="Times New Roman"/>
          <w:kern w:val="2"/>
          <w:sz w:val="40"/>
          <w:szCs w:val="40"/>
          <w:lang w:eastAsia="zh-TW"/>
        </w:rPr>
        <w:t>國內外進修心得報告書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86"/>
      </w:tblGrid>
      <w:tr w:rsidR="003A0C61" w:rsidRPr="00CB67B8" w14:paraId="14834D03" w14:textId="77777777" w:rsidTr="003F4BC8">
        <w:trPr>
          <w:trHeight w:val="165"/>
        </w:trPr>
        <w:tc>
          <w:tcPr>
            <w:tcW w:w="5000" w:type="pct"/>
          </w:tcPr>
          <w:p w14:paraId="3042FA26" w14:textId="77777777" w:rsidR="003A0C61" w:rsidRPr="00CB67B8" w:rsidRDefault="003A0C61" w:rsidP="003F4BC8">
            <w:pPr>
              <w:widowControl w:val="0"/>
              <w:spacing w:after="0" w:line="50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  <w:t>計畫名稱：</w:t>
            </w:r>
          </w:p>
        </w:tc>
      </w:tr>
      <w:tr w:rsidR="003A0C61" w:rsidRPr="00CB67B8" w14:paraId="632710B2" w14:textId="77777777" w:rsidTr="003F4BC8">
        <w:trPr>
          <w:trHeight w:val="555"/>
        </w:trPr>
        <w:tc>
          <w:tcPr>
            <w:tcW w:w="5000" w:type="pct"/>
            <w:tcBorders>
              <w:bottom w:val="single" w:sz="4" w:space="0" w:color="auto"/>
            </w:tcBorders>
          </w:tcPr>
          <w:p w14:paraId="0C2E3154" w14:textId="77777777" w:rsidR="003A0C61" w:rsidRPr="00CB67B8" w:rsidRDefault="003A0C61" w:rsidP="003F4BC8">
            <w:pPr>
              <w:widowControl w:val="0"/>
              <w:spacing w:after="0" w:line="5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  <w:t>計畫執行地點（國家及城巿）：</w:t>
            </w:r>
          </w:p>
        </w:tc>
      </w:tr>
      <w:tr w:rsidR="003A0C61" w:rsidRPr="00CB67B8" w14:paraId="79E6617C" w14:textId="77777777" w:rsidTr="003F4BC8">
        <w:trPr>
          <w:trHeight w:val="555"/>
        </w:trPr>
        <w:tc>
          <w:tcPr>
            <w:tcW w:w="5000" w:type="pct"/>
            <w:tcBorders>
              <w:bottom w:val="single" w:sz="4" w:space="0" w:color="auto"/>
            </w:tcBorders>
          </w:tcPr>
          <w:p w14:paraId="6CB86ACE" w14:textId="77777777" w:rsidR="003A0C61" w:rsidRPr="00CB67B8" w:rsidRDefault="003A0C61" w:rsidP="003F4BC8">
            <w:pPr>
              <w:widowControl w:val="0"/>
              <w:spacing w:after="0" w:line="5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 xml:space="preserve">計畫執行期間：      </w:t>
            </w:r>
            <w:r w:rsidRPr="00CB67B8">
              <w:rPr>
                <w:rFonts w:ascii="標楷體" w:eastAsia="標楷體" w:hAnsi="標楷體" w:cs="Times New Roman"/>
                <w:kern w:val="2"/>
                <w:sz w:val="28"/>
                <w:szCs w:val="24"/>
                <w:lang w:eastAsia="zh-TW"/>
              </w:rPr>
              <w:t>自　  年　   月　  日起  至　    年　    月　     日止</w:t>
            </w:r>
          </w:p>
        </w:tc>
      </w:tr>
      <w:tr w:rsidR="003A0C61" w:rsidRPr="00CB67B8" w14:paraId="33E81DF0" w14:textId="77777777" w:rsidTr="003F4BC8">
        <w:trPr>
          <w:trHeight w:val="3465"/>
        </w:trPr>
        <w:tc>
          <w:tcPr>
            <w:tcW w:w="5000" w:type="pct"/>
            <w:tcBorders>
              <w:bottom w:val="single" w:sz="4" w:space="0" w:color="auto"/>
            </w:tcBorders>
          </w:tcPr>
          <w:p w14:paraId="1636CD9B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>心得報告：</w:t>
            </w:r>
          </w:p>
          <w:p w14:paraId="4F7A7B04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28CE1BC6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060C542C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2205DC46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55E03D6C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16A149D4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449A0B94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64BB0421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759A5E3F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3E1E852E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</w:tc>
      </w:tr>
      <w:tr w:rsidR="003A0C61" w:rsidRPr="00CB67B8" w14:paraId="7A864696" w14:textId="77777777" w:rsidTr="003F4BC8">
        <w:trPr>
          <w:trHeight w:val="942"/>
        </w:trPr>
        <w:tc>
          <w:tcPr>
            <w:tcW w:w="5000" w:type="pct"/>
          </w:tcPr>
          <w:p w14:paraId="6AD14D10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>結論（效益）：</w:t>
            </w:r>
          </w:p>
        </w:tc>
      </w:tr>
      <w:tr w:rsidR="003A0C61" w:rsidRPr="00CB67B8" w14:paraId="706F5E56" w14:textId="77777777" w:rsidTr="003F4BC8">
        <w:trPr>
          <w:trHeight w:val="1020"/>
        </w:trPr>
        <w:tc>
          <w:tcPr>
            <w:tcW w:w="5000" w:type="pct"/>
            <w:tcBorders>
              <w:bottom w:val="single" w:sz="4" w:space="0" w:color="auto"/>
            </w:tcBorders>
          </w:tcPr>
          <w:p w14:paraId="0C4ED85D" w14:textId="77777777" w:rsidR="003A0C61" w:rsidRPr="00CB67B8" w:rsidRDefault="003A0C61" w:rsidP="003F4BC8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 xml:space="preserve">附件：1.會議議程　2.活動照片      </w:t>
            </w:r>
          </w:p>
          <w:p w14:paraId="47CF229B" w14:textId="77777777" w:rsidR="003A0C61" w:rsidRPr="00CB67B8" w:rsidRDefault="003A0C61" w:rsidP="003F4BC8">
            <w:pPr>
              <w:widowControl w:val="0"/>
              <w:spacing w:after="0" w:line="4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>※ 請務必檢附上述兩項資料，資料不齊者</w:t>
            </w:r>
            <w:r w:rsidRPr="00843E10">
              <w:rPr>
                <w:rFonts w:ascii="標楷體" w:eastAsia="標楷體" w:hAnsi="標楷體" w:cs="Times New Roman"/>
                <w:bCs/>
                <w:color w:val="EE0000"/>
                <w:kern w:val="2"/>
                <w:sz w:val="28"/>
                <w:szCs w:val="28"/>
                <w:lang w:eastAsia="zh-TW"/>
              </w:rPr>
              <w:t>不予補助</w:t>
            </w: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>。</w:t>
            </w:r>
          </w:p>
        </w:tc>
      </w:tr>
      <w:tr w:rsidR="003A0C61" w:rsidRPr="00CB67B8" w14:paraId="6FD6D780" w14:textId="77777777" w:rsidTr="003F4BC8">
        <w:trPr>
          <w:trHeight w:val="838"/>
        </w:trPr>
        <w:tc>
          <w:tcPr>
            <w:tcW w:w="5000" w:type="pct"/>
          </w:tcPr>
          <w:p w14:paraId="7B82F4C3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>申請人：（簽章）</w:t>
            </w:r>
          </w:p>
          <w:p w14:paraId="69F4CFDA" w14:textId="77777777" w:rsidR="003A0C61" w:rsidRPr="00CB67B8" w:rsidRDefault="003A0C61" w:rsidP="003F4BC8">
            <w:pPr>
              <w:widowControl w:val="0"/>
              <w:wordWrap w:val="0"/>
              <w:spacing w:after="0" w:line="600" w:lineRule="exact"/>
              <w:jc w:val="right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CB67B8"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  <w:t xml:space="preserve">             　　　　　　　　　　　　　　　日期：　　年　　月　　日 </w:t>
            </w:r>
          </w:p>
        </w:tc>
      </w:tr>
    </w:tbl>
    <w:p w14:paraId="20164CA0" w14:textId="77777777" w:rsidR="003A0C61" w:rsidRDefault="003A0C61" w:rsidP="003A0C61">
      <w:pPr>
        <w:rPr>
          <w:rFonts w:eastAsia="新細明體" w:hint="eastAsia"/>
          <w:lang w:eastAsia="zh-TW"/>
        </w:rPr>
      </w:pPr>
    </w:p>
    <w:p w14:paraId="74395637" w14:textId="77777777" w:rsidR="003A0C61" w:rsidRDefault="003A0C61" w:rsidP="0094361C">
      <w:pPr>
        <w:widowControl w:val="0"/>
        <w:suppressAutoHyphens/>
        <w:spacing w:after="80" w:line="240" w:lineRule="auto"/>
        <w:ind w:left="4" w:hangingChars="1" w:hanging="4"/>
        <w:jc w:val="center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</w:pPr>
    </w:p>
    <w:p w14:paraId="562643FA" w14:textId="77777777" w:rsidR="003A0C61" w:rsidRDefault="003A0C61" w:rsidP="0094361C">
      <w:pPr>
        <w:widowControl w:val="0"/>
        <w:suppressAutoHyphens/>
        <w:spacing w:after="80" w:line="240" w:lineRule="auto"/>
        <w:ind w:left="4" w:hangingChars="1" w:hanging="4"/>
        <w:jc w:val="center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</w:pPr>
    </w:p>
    <w:p w14:paraId="58FEFFD4" w14:textId="77777777" w:rsidR="003A0C61" w:rsidRDefault="003A0C61" w:rsidP="0094361C">
      <w:pPr>
        <w:widowControl w:val="0"/>
        <w:suppressAutoHyphens/>
        <w:spacing w:after="80" w:line="240" w:lineRule="auto"/>
        <w:ind w:left="4" w:hangingChars="1" w:hanging="4"/>
        <w:jc w:val="center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</w:pPr>
    </w:p>
    <w:p w14:paraId="7CDA6588" w14:textId="77777777" w:rsidR="003A0C61" w:rsidRDefault="003A0C61" w:rsidP="0094361C">
      <w:pPr>
        <w:widowControl w:val="0"/>
        <w:suppressAutoHyphens/>
        <w:spacing w:after="80" w:line="240" w:lineRule="auto"/>
        <w:ind w:left="4" w:hangingChars="1" w:hanging="4"/>
        <w:jc w:val="center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</w:pPr>
    </w:p>
    <w:p w14:paraId="4E53C801" w14:textId="49A93EC8" w:rsidR="0094361C" w:rsidRPr="00D93B56" w:rsidRDefault="0094361C" w:rsidP="0094361C">
      <w:pPr>
        <w:widowControl w:val="0"/>
        <w:suppressAutoHyphens/>
        <w:spacing w:after="80" w:line="240" w:lineRule="auto"/>
        <w:ind w:left="4" w:hangingChars="1" w:hanging="4"/>
        <w:jc w:val="center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</w:pPr>
      <w:r w:rsidRPr="00D93B56"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  <w:lastRenderedPageBreak/>
        <w:t>財團法人台灣中青年神經外科醫師教育基金會</w:t>
      </w:r>
    </w:p>
    <w:p w14:paraId="7F2C9D09" w14:textId="0D9E2949" w:rsidR="0094361C" w:rsidRPr="00D93B56" w:rsidRDefault="0094361C" w:rsidP="0094361C">
      <w:pPr>
        <w:widowControl w:val="0"/>
        <w:suppressAutoHyphens/>
        <w:spacing w:after="80" w:line="240" w:lineRule="auto"/>
        <w:ind w:left="4" w:hangingChars="1" w:hanging="4"/>
        <w:jc w:val="center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</w:pPr>
      <w:r w:rsidRPr="00D93B56">
        <w:rPr>
          <w:rFonts w:ascii="標楷體" w:eastAsia="標楷體" w:hAnsi="標楷體" w:cs="標楷體"/>
          <w:color w:val="000000"/>
          <w:kern w:val="2"/>
          <w:position w:val="-1"/>
          <w:sz w:val="40"/>
          <w:szCs w:val="40"/>
          <w:lang w:eastAsia="zh-TW"/>
        </w:rPr>
        <w:t>國內外出差旅費報告單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9"/>
        <w:gridCol w:w="1355"/>
        <w:gridCol w:w="2692"/>
        <w:gridCol w:w="818"/>
        <w:gridCol w:w="633"/>
        <w:gridCol w:w="829"/>
        <w:gridCol w:w="829"/>
        <w:gridCol w:w="829"/>
        <w:gridCol w:w="2482"/>
      </w:tblGrid>
      <w:tr w:rsidR="0094361C" w:rsidRPr="0094361C" w14:paraId="07FD6FC7" w14:textId="77777777" w:rsidTr="0094361C">
        <w:trPr>
          <w:trHeight w:val="468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E36011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213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5659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A27D01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電話</w:t>
            </w:r>
          </w:p>
        </w:tc>
        <w:tc>
          <w:tcPr>
            <w:tcW w:w="18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2860D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0D6289DE" w14:textId="77777777" w:rsidTr="0094361C">
        <w:trPr>
          <w:trHeight w:val="468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5CA9C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出差事由</w:t>
            </w:r>
          </w:p>
        </w:tc>
        <w:tc>
          <w:tcPr>
            <w:tcW w:w="213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87AD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40336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出差地點</w:t>
            </w:r>
          </w:p>
        </w:tc>
        <w:tc>
          <w:tcPr>
            <w:tcW w:w="181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2921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4802E72F" w14:textId="77777777" w:rsidTr="0094361C">
        <w:trPr>
          <w:trHeight w:val="336"/>
        </w:trPr>
        <w:tc>
          <w:tcPr>
            <w:tcW w:w="5000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F9CBF" w14:textId="77777777" w:rsidR="00F4762D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 xml:space="preserve">中華民國       年     月    日至     年    月    日止共計     日      </w:t>
            </w:r>
          </w:p>
          <w:p w14:paraId="184FC9F1" w14:textId="3634E12F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檢附單據       張</w:t>
            </w:r>
          </w:p>
        </w:tc>
      </w:tr>
      <w:tr w:rsidR="0094361C" w:rsidRPr="0094361C" w14:paraId="2F92ADE6" w14:textId="77777777" w:rsidTr="0094361C">
        <w:trPr>
          <w:trHeight w:val="648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6BDE9A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發生日(年、月、日)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77C54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核銷項目</w:t>
            </w: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9A02C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報名(註冊)費</w:t>
            </w: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282FC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交通費</w:t>
            </w: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7F6EF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住宿費</w:t>
            </w: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8EC31" w14:textId="77777777" w:rsidR="0094361C" w:rsidRPr="0094361C" w:rsidRDefault="0094361C" w:rsidP="0094361C">
            <w:pPr>
              <w:widowControl w:val="0"/>
              <w:suppressAutoHyphens/>
              <w:spacing w:before="240" w:after="240" w:line="240" w:lineRule="auto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其他</w:t>
            </w: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09E492" w14:textId="77777777" w:rsidR="0094361C" w:rsidRPr="0094361C" w:rsidRDefault="0094361C" w:rsidP="0094361C">
            <w:pPr>
              <w:widowControl w:val="0"/>
              <w:suppressAutoHyphens/>
              <w:spacing w:before="240" w:after="240" w:line="240" w:lineRule="auto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小計（總費用）</w:t>
            </w:r>
          </w:p>
        </w:tc>
      </w:tr>
      <w:tr w:rsidR="0094361C" w:rsidRPr="0094361C" w14:paraId="1E48C528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629F2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  <w:t>(範例)113年9月9日</w:t>
            </w: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3F724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  <w:t>高鐵(台北到台中)</w:t>
            </w: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EBD4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center"/>
              <w:outlineLvl w:val="0"/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0165C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center"/>
              <w:outlineLvl w:val="0"/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  <w:t>750</w:t>
            </w: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81F0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-307" w:hangingChars="1" w:hanging="3"/>
              <w:jc w:val="center"/>
              <w:outlineLvl w:val="0"/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3CF12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center"/>
              <w:outlineLvl w:val="0"/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BBB2E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center"/>
              <w:outlineLvl w:val="0"/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FF0000"/>
                <w:kern w:val="2"/>
                <w:position w:val="-1"/>
                <w:sz w:val="28"/>
                <w:szCs w:val="28"/>
                <w:lang w:eastAsia="zh-TW"/>
              </w:rPr>
              <w:t>750</w:t>
            </w:r>
          </w:p>
        </w:tc>
      </w:tr>
      <w:tr w:rsidR="0094361C" w:rsidRPr="0094361C" w14:paraId="2461AEB7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4328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3524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C7739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6BB0B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28039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94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BB7D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E6767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6AEE13A1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6338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332C8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21E3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0C56E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B6C6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94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8B0B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F8EB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0C0539EC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3F389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2A5E9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BF00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374B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D1F5A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94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70C6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B34CB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0852AFFC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BD50C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FDAE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F1A0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A52E1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4DB7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94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465D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C324E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53A0B633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FB42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51355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35D21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865C7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52BE7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94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2337E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E4096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2ED7EF2A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982B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C9B11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8ECD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2E14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ACC6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94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91D45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4A4EE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4271AE24" w14:textId="77777777" w:rsidTr="0094361C">
        <w:trPr>
          <w:trHeight w:val="435"/>
        </w:trPr>
        <w:tc>
          <w:tcPr>
            <w:tcW w:w="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FAA5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645B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center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DDCA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252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42FD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7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B84A8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94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E2F8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15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  <w:tc>
          <w:tcPr>
            <w:tcW w:w="10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2EF1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right="151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</w:p>
        </w:tc>
      </w:tr>
      <w:tr w:rsidR="0094361C" w:rsidRPr="0094361C" w14:paraId="2C42E095" w14:textId="77777777" w:rsidTr="0094361C">
        <w:trPr>
          <w:trHeight w:val="738"/>
        </w:trPr>
        <w:tc>
          <w:tcPr>
            <w:tcW w:w="5000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265B6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>差旅費合計新台幣         元</w:t>
            </w:r>
          </w:p>
          <w:p w14:paraId="0E74A74D" w14:textId="77777777" w:rsidR="0094361C" w:rsidRPr="0094361C" w:rsidRDefault="0094361C" w:rsidP="0094361C">
            <w:pPr>
              <w:widowControl w:val="0"/>
              <w:suppressAutoHyphens/>
              <w:spacing w:after="80" w:line="240" w:lineRule="auto"/>
              <w:ind w:left="3" w:hangingChars="1" w:hanging="3"/>
              <w:jc w:val="right"/>
              <w:outlineLvl w:val="0"/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</w:pPr>
            <w:r w:rsidRPr="0094361C">
              <w:rPr>
                <w:rFonts w:ascii="標楷體" w:eastAsia="標楷體" w:hAnsi="標楷體" w:cs="標楷體"/>
                <w:color w:val="000000"/>
                <w:kern w:val="2"/>
                <w:position w:val="-1"/>
                <w:sz w:val="28"/>
                <w:szCs w:val="28"/>
                <w:lang w:eastAsia="zh-TW"/>
              </w:rPr>
              <w:t xml:space="preserve">       申請人簽名：                年     月     日</w:t>
            </w:r>
          </w:p>
        </w:tc>
      </w:tr>
    </w:tbl>
    <w:p w14:paraId="1CAE8308" w14:textId="77777777" w:rsidR="0094361C" w:rsidRPr="0094361C" w:rsidRDefault="0094361C" w:rsidP="0094361C">
      <w:pPr>
        <w:widowControl w:val="0"/>
        <w:suppressAutoHyphens/>
        <w:spacing w:after="80" w:line="240" w:lineRule="auto"/>
        <w:ind w:left="3" w:hangingChars="1" w:hanging="3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28"/>
          <w:szCs w:val="28"/>
          <w:lang w:eastAsia="zh-TW"/>
        </w:rPr>
      </w:pPr>
      <w:r w:rsidRPr="0094361C">
        <w:rPr>
          <w:rFonts w:ascii="標楷體" w:eastAsia="標楷體" w:hAnsi="標楷體" w:cs="標楷體"/>
          <w:color w:val="000000"/>
          <w:kern w:val="2"/>
          <w:position w:val="-1"/>
          <w:sz w:val="28"/>
          <w:szCs w:val="28"/>
          <w:lang w:eastAsia="zh-TW"/>
        </w:rPr>
        <w:t>※核銷項目：報名(註冊)費、交通費、住宿費，上述三種項目以外請於</w:t>
      </w:r>
      <w:r w:rsidRPr="0094361C">
        <w:rPr>
          <w:rFonts w:ascii="標楷體" w:eastAsia="標楷體" w:hAnsi="標楷體" w:cs="標楷體"/>
          <w:color w:val="FF0000"/>
          <w:kern w:val="2"/>
          <w:position w:val="-1"/>
          <w:sz w:val="28"/>
          <w:szCs w:val="28"/>
          <w:lang w:eastAsia="zh-TW"/>
        </w:rPr>
        <w:t>其他</w:t>
      </w:r>
      <w:r w:rsidRPr="0094361C">
        <w:rPr>
          <w:rFonts w:ascii="標楷體" w:eastAsia="標楷體" w:hAnsi="標楷體" w:cs="標楷體"/>
          <w:color w:val="000000"/>
          <w:kern w:val="2"/>
          <w:position w:val="-1"/>
          <w:sz w:val="28"/>
          <w:szCs w:val="28"/>
          <w:lang w:eastAsia="zh-TW"/>
        </w:rPr>
        <w:t>填寫</w:t>
      </w:r>
    </w:p>
    <w:p w14:paraId="6DE587A5" w14:textId="77777777" w:rsidR="0094361C" w:rsidRPr="0094361C" w:rsidRDefault="0094361C" w:rsidP="0094361C">
      <w:pPr>
        <w:widowControl w:val="0"/>
        <w:suppressAutoHyphens/>
        <w:spacing w:after="80" w:line="240" w:lineRule="auto"/>
        <w:ind w:left="3" w:hangingChars="1" w:hanging="3"/>
        <w:outlineLvl w:val="0"/>
        <w:rPr>
          <w:rFonts w:ascii="標楷體" w:eastAsia="標楷體" w:hAnsi="標楷體" w:cs="標楷體"/>
          <w:color w:val="000000"/>
          <w:kern w:val="2"/>
          <w:position w:val="-1"/>
          <w:sz w:val="28"/>
          <w:szCs w:val="28"/>
          <w:lang w:eastAsia="zh-TW"/>
        </w:rPr>
      </w:pPr>
      <w:r w:rsidRPr="0094361C">
        <w:rPr>
          <w:rFonts w:ascii="標楷體" w:eastAsia="標楷體" w:hAnsi="標楷體" w:cs="標楷體"/>
          <w:color w:val="000000"/>
          <w:kern w:val="2"/>
          <w:position w:val="-1"/>
          <w:sz w:val="28"/>
          <w:szCs w:val="28"/>
          <w:lang w:eastAsia="zh-TW"/>
        </w:rPr>
        <w:t>※本會保留最後審核權</w:t>
      </w:r>
    </w:p>
    <w:p w14:paraId="2CC2657A" w14:textId="77777777" w:rsidR="00164FC8" w:rsidRPr="0094361C" w:rsidRDefault="00164FC8">
      <w:pPr>
        <w:rPr>
          <w:rFonts w:eastAsia="新細明體" w:hint="eastAsia"/>
          <w:lang w:eastAsia="zh-TW"/>
        </w:rPr>
        <w:sectPr w:rsidR="00164FC8" w:rsidRPr="0094361C">
          <w:pgSz w:w="11906" w:h="16838"/>
          <w:pgMar w:top="255" w:right="255" w:bottom="255" w:left="255" w:header="283" w:footer="283" w:gutter="0"/>
          <w:cols w:space="720"/>
          <w:docGrid w:linePitch="360"/>
        </w:sectPr>
      </w:pPr>
    </w:p>
    <w:p w14:paraId="633C4DC0" w14:textId="373627C2" w:rsidR="00692147" w:rsidRDefault="00692147" w:rsidP="003E4ACC">
      <w:pPr>
        <w:rPr>
          <w:rFonts w:ascii="標楷體" w:eastAsia="標楷體" w:hAnsi="標楷體"/>
          <w:b/>
          <w:sz w:val="28"/>
          <w:u w:val="single"/>
          <w:lang w:eastAsia="zh-TW"/>
        </w:rPr>
      </w:pPr>
    </w:p>
    <w:p w14:paraId="6DB5AB1A" w14:textId="77777777" w:rsidR="003A0C61" w:rsidRPr="00D93B56" w:rsidRDefault="003A0C61" w:rsidP="003A0C61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  <w:r w:rsidRPr="00D93B56">
        <w:rPr>
          <w:rFonts w:ascii="標楷體" w:eastAsia="標楷體" w:hAnsi="標楷體" w:cs="Times New Roman"/>
          <w:kern w:val="2"/>
          <w:sz w:val="40"/>
          <w:szCs w:val="40"/>
          <w:lang w:eastAsia="zh-TW"/>
        </w:rPr>
        <w:t>財團法人台灣中青年神經外科醫師教育基金會</w:t>
      </w:r>
    </w:p>
    <w:p w14:paraId="6021CC9F" w14:textId="0BB3DCC9" w:rsidR="005232AE" w:rsidRPr="00D93B56" w:rsidRDefault="003A0C61" w:rsidP="005232AE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  <w:r>
        <w:rPr>
          <w:rFonts w:ascii="標楷體" w:eastAsia="標楷體" w:hAnsi="標楷體" w:cs="Times New Roman" w:hint="eastAsia"/>
          <w:kern w:val="2"/>
          <w:sz w:val="40"/>
          <w:szCs w:val="40"/>
          <w:lang w:eastAsia="zh-TW"/>
        </w:rPr>
        <w:t>各類憑證黏貼處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86"/>
      </w:tblGrid>
      <w:tr w:rsidR="003A0C61" w:rsidRPr="00CB67B8" w14:paraId="2C2E17ED" w14:textId="77777777" w:rsidTr="003F4BC8">
        <w:trPr>
          <w:trHeight w:val="165"/>
        </w:trPr>
        <w:tc>
          <w:tcPr>
            <w:tcW w:w="5000" w:type="pct"/>
          </w:tcPr>
          <w:p w14:paraId="46970F2D" w14:textId="20065527" w:rsidR="003A0C61" w:rsidRPr="00CB67B8" w:rsidRDefault="00022D70" w:rsidP="003F4BC8">
            <w:pPr>
              <w:widowControl w:val="0"/>
              <w:spacing w:after="0" w:line="50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lang w:eastAsia="zh-TW"/>
              </w:rPr>
              <w:t>核銷項目:                憑證</w:t>
            </w:r>
            <w:r w:rsidR="005232AE"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lang w:eastAsia="zh-TW"/>
              </w:rPr>
              <w:t>張</w:t>
            </w: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  <w:lang w:eastAsia="zh-TW"/>
              </w:rPr>
              <w:t>數:</w:t>
            </w:r>
          </w:p>
        </w:tc>
      </w:tr>
      <w:tr w:rsidR="003A0C61" w:rsidRPr="00CB67B8" w14:paraId="0B13E5B3" w14:textId="77777777" w:rsidTr="00022D70">
        <w:trPr>
          <w:trHeight w:val="3966"/>
        </w:trPr>
        <w:tc>
          <w:tcPr>
            <w:tcW w:w="5000" w:type="pct"/>
            <w:tcBorders>
              <w:bottom w:val="single" w:sz="4" w:space="0" w:color="auto"/>
            </w:tcBorders>
          </w:tcPr>
          <w:p w14:paraId="6102686D" w14:textId="6201CD38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346D0A65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563494A4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3A372A26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7158D416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77CD397D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17236706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44341956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1DBCCF03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6F5E669A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13930AD9" w14:textId="77777777" w:rsidR="003A0C61" w:rsidRPr="00CB67B8" w:rsidRDefault="003A0C61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7894560A" w14:textId="013260F2" w:rsidR="003A0C61" w:rsidRDefault="00022D70" w:rsidP="003E4ACC">
      <w:pPr>
        <w:rPr>
          <w:rFonts w:ascii="標楷體" w:eastAsia="標楷體" w:hAnsi="標楷體"/>
          <w:sz w:val="28"/>
          <w:szCs w:val="28"/>
          <w:lang w:eastAsia="zh-TW"/>
        </w:rPr>
      </w:pPr>
      <w:r w:rsidRPr="007F16F1">
        <w:rPr>
          <w:rFonts w:ascii="標楷體" w:eastAsia="標楷體" w:hAnsi="標楷體" w:hint="eastAsia"/>
          <w:sz w:val="28"/>
          <w:szCs w:val="28"/>
          <w:lang w:eastAsia="zh-TW"/>
        </w:rPr>
        <w:t>※欄位不夠請自行增加</w:t>
      </w:r>
    </w:p>
    <w:p w14:paraId="2D3E1553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393BB22C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232BCC42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77EF4A71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6FDF88C6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220A7072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6449DE2E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4D694D37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0C392041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6F3D7115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5510EB22" w14:textId="77777777" w:rsidR="006D534F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p w14:paraId="0A50219B" w14:textId="77777777" w:rsidR="005232AE" w:rsidRDefault="005232AE" w:rsidP="006D534F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</w:p>
    <w:p w14:paraId="046EC9A6" w14:textId="71DEC59E" w:rsidR="006D534F" w:rsidRPr="00D93B56" w:rsidRDefault="006D534F" w:rsidP="006D534F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  <w:r w:rsidRPr="00D93B56">
        <w:rPr>
          <w:rFonts w:ascii="標楷體" w:eastAsia="標楷體" w:hAnsi="標楷體" w:cs="Times New Roman"/>
          <w:kern w:val="2"/>
          <w:sz w:val="40"/>
          <w:szCs w:val="40"/>
          <w:lang w:eastAsia="zh-TW"/>
        </w:rPr>
        <w:t>財團法人台灣中青年神經外科醫師教育基金會</w:t>
      </w:r>
    </w:p>
    <w:p w14:paraId="293A854D" w14:textId="54F5B697" w:rsidR="006D534F" w:rsidRDefault="006D534F" w:rsidP="006D534F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  <w:r>
        <w:rPr>
          <w:rFonts w:ascii="標楷體" w:eastAsia="標楷體" w:hAnsi="標楷體" w:cs="Times New Roman" w:hint="eastAsia"/>
          <w:kern w:val="2"/>
          <w:sz w:val="40"/>
          <w:szCs w:val="40"/>
          <w:lang w:eastAsia="zh-TW"/>
        </w:rPr>
        <w:t>帳號存摺影本黏貼處</w:t>
      </w:r>
    </w:p>
    <w:p w14:paraId="2F81521A" w14:textId="77777777" w:rsidR="005232AE" w:rsidRPr="00D93B56" w:rsidRDefault="005232AE" w:rsidP="006D534F">
      <w:pPr>
        <w:widowControl w:val="0"/>
        <w:spacing w:after="0" w:line="500" w:lineRule="exact"/>
        <w:jc w:val="center"/>
        <w:rPr>
          <w:rFonts w:ascii="標楷體" w:eastAsia="標楷體" w:hAnsi="標楷體" w:cs="Times New Roman"/>
          <w:kern w:val="2"/>
          <w:sz w:val="40"/>
          <w:szCs w:val="40"/>
          <w:lang w:eastAsia="zh-T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86"/>
      </w:tblGrid>
      <w:tr w:rsidR="006D534F" w:rsidRPr="00CB67B8" w14:paraId="2A55341A" w14:textId="77777777" w:rsidTr="003F4BC8">
        <w:trPr>
          <w:trHeight w:val="3966"/>
        </w:trPr>
        <w:tc>
          <w:tcPr>
            <w:tcW w:w="5000" w:type="pct"/>
            <w:tcBorders>
              <w:bottom w:val="single" w:sz="4" w:space="0" w:color="auto"/>
            </w:tcBorders>
          </w:tcPr>
          <w:p w14:paraId="5F0502C9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5E48C60A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28E2527D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0D834B9F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00F8CDCF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63FC36C5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5DCE02BA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434B72BC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407D75FB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2823F64D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  <w:p w14:paraId="06ACB2D4" w14:textId="77777777" w:rsidR="006D534F" w:rsidRPr="00CB67B8" w:rsidRDefault="006D534F" w:rsidP="003F4BC8">
            <w:pPr>
              <w:widowControl w:val="0"/>
              <w:spacing w:after="0" w:line="600" w:lineRule="exact"/>
              <w:rPr>
                <w:rFonts w:ascii="標楷體" w:eastAsia="標楷體" w:hAnsi="標楷體" w:cs="Times New Roman"/>
                <w:bCs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37103930" w14:textId="77777777" w:rsidR="006D534F" w:rsidRPr="007F16F1" w:rsidRDefault="006D534F" w:rsidP="003E4ACC">
      <w:pPr>
        <w:rPr>
          <w:rFonts w:ascii="標楷體" w:eastAsia="標楷體" w:hAnsi="標楷體"/>
          <w:sz w:val="28"/>
          <w:szCs w:val="28"/>
          <w:lang w:eastAsia="zh-TW"/>
        </w:rPr>
      </w:pPr>
    </w:p>
    <w:sectPr w:rsidR="006D534F" w:rsidRPr="007F16F1" w:rsidSect="00034616">
      <w:pgSz w:w="11906" w:h="16838"/>
      <w:pgMar w:top="255" w:right="255" w:bottom="255" w:left="255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7C38D" w14:textId="77777777" w:rsidR="00D25E20" w:rsidRDefault="00D25E20">
      <w:pPr>
        <w:spacing w:after="0" w:line="240" w:lineRule="auto"/>
      </w:pPr>
      <w:r>
        <w:separator/>
      </w:r>
    </w:p>
  </w:endnote>
  <w:endnote w:type="continuationSeparator" w:id="0">
    <w:p w14:paraId="3B666A9C" w14:textId="77777777" w:rsidR="00D25E20" w:rsidRDefault="00D2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AE38B" w14:textId="7FFA6A9C" w:rsidR="003811FE" w:rsidRPr="003811FE" w:rsidRDefault="003811FE">
    <w:pPr>
      <w:pStyle w:val="a7"/>
      <w:rPr>
        <w:rFonts w:eastAsia="新細明體" w:hint="eastAsia"/>
        <w:lang w:eastAsia="zh-TW"/>
      </w:rPr>
    </w:pPr>
    <w:r w:rsidRPr="00CB67B8">
      <w:rPr>
        <w:rFonts w:ascii="標楷體" w:eastAsia="標楷體" w:hAnsi="標楷體" w:cs="Times New Roman"/>
        <w:noProof/>
        <w:kern w:val="2"/>
        <w:sz w:val="40"/>
        <w:szCs w:val="40"/>
        <w:lang w:eastAsia="zh-TW"/>
      </w:rPr>
      <w:drawing>
        <wp:anchor distT="0" distB="0" distL="114300" distR="114300" simplePos="0" relativeHeight="251658240" behindDoc="0" locked="0" layoutInCell="1" allowOverlap="1" wp14:anchorId="49C1403C" wp14:editId="1F1648F3">
          <wp:simplePos x="0" y="0"/>
          <wp:positionH relativeFrom="column">
            <wp:posOffset>5409883</wp:posOffset>
          </wp:positionH>
          <wp:positionV relativeFrom="paragraph">
            <wp:posOffset>-906463</wp:posOffset>
          </wp:positionV>
          <wp:extent cx="1823720" cy="675005"/>
          <wp:effectExtent l="0" t="0" r="0" b="0"/>
          <wp:wrapNone/>
          <wp:docPr id="56417412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202481" name="圖片 48720248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720" cy="675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96DAC" w14:textId="77777777" w:rsidR="00D25E20" w:rsidRDefault="00D25E20">
      <w:pPr>
        <w:spacing w:after="0" w:line="240" w:lineRule="auto"/>
      </w:pPr>
      <w:r>
        <w:separator/>
      </w:r>
    </w:p>
  </w:footnote>
  <w:footnote w:type="continuationSeparator" w:id="0">
    <w:p w14:paraId="450B417C" w14:textId="77777777" w:rsidR="00D25E20" w:rsidRDefault="00D25E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48356C"/>
    <w:multiLevelType w:val="multilevel"/>
    <w:tmpl w:val="6ED6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CD0FF1"/>
    <w:multiLevelType w:val="multilevel"/>
    <w:tmpl w:val="6C7C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640724">
    <w:abstractNumId w:val="8"/>
  </w:num>
  <w:num w:numId="2" w16cid:durableId="1582375036">
    <w:abstractNumId w:val="6"/>
  </w:num>
  <w:num w:numId="3" w16cid:durableId="1788304865">
    <w:abstractNumId w:val="5"/>
  </w:num>
  <w:num w:numId="4" w16cid:durableId="842014788">
    <w:abstractNumId w:val="4"/>
  </w:num>
  <w:num w:numId="5" w16cid:durableId="1279992579">
    <w:abstractNumId w:val="7"/>
  </w:num>
  <w:num w:numId="6" w16cid:durableId="893395175">
    <w:abstractNumId w:val="3"/>
  </w:num>
  <w:num w:numId="7" w16cid:durableId="452401850">
    <w:abstractNumId w:val="2"/>
  </w:num>
  <w:num w:numId="8" w16cid:durableId="1385177112">
    <w:abstractNumId w:val="1"/>
  </w:num>
  <w:num w:numId="9" w16cid:durableId="954600318">
    <w:abstractNumId w:val="0"/>
  </w:num>
  <w:num w:numId="10" w16cid:durableId="2106883438">
    <w:abstractNumId w:val="9"/>
  </w:num>
  <w:num w:numId="11" w16cid:durableId="14471207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D70"/>
    <w:rsid w:val="00034616"/>
    <w:rsid w:val="0006063C"/>
    <w:rsid w:val="000F58D9"/>
    <w:rsid w:val="0015074B"/>
    <w:rsid w:val="00164FC8"/>
    <w:rsid w:val="00195D9B"/>
    <w:rsid w:val="0029639D"/>
    <w:rsid w:val="002F574C"/>
    <w:rsid w:val="00326F90"/>
    <w:rsid w:val="003811FE"/>
    <w:rsid w:val="003A0C61"/>
    <w:rsid w:val="003E4ACC"/>
    <w:rsid w:val="003F4A80"/>
    <w:rsid w:val="00434C76"/>
    <w:rsid w:val="005232AE"/>
    <w:rsid w:val="0065246B"/>
    <w:rsid w:val="00692147"/>
    <w:rsid w:val="006957ED"/>
    <w:rsid w:val="006D534F"/>
    <w:rsid w:val="00795821"/>
    <w:rsid w:val="007A6113"/>
    <w:rsid w:val="007C099F"/>
    <w:rsid w:val="007F16F1"/>
    <w:rsid w:val="00843E10"/>
    <w:rsid w:val="008646FD"/>
    <w:rsid w:val="00884E05"/>
    <w:rsid w:val="0089701F"/>
    <w:rsid w:val="0094361C"/>
    <w:rsid w:val="0099578F"/>
    <w:rsid w:val="009A71C2"/>
    <w:rsid w:val="009B61C4"/>
    <w:rsid w:val="00A21DD1"/>
    <w:rsid w:val="00AA1D8D"/>
    <w:rsid w:val="00AC30E3"/>
    <w:rsid w:val="00AE1DD0"/>
    <w:rsid w:val="00AF1930"/>
    <w:rsid w:val="00B47730"/>
    <w:rsid w:val="00BB6ABC"/>
    <w:rsid w:val="00BB6FE5"/>
    <w:rsid w:val="00BE684C"/>
    <w:rsid w:val="00CB0664"/>
    <w:rsid w:val="00CB67B8"/>
    <w:rsid w:val="00CC4332"/>
    <w:rsid w:val="00D25E20"/>
    <w:rsid w:val="00D93B56"/>
    <w:rsid w:val="00DA1FDC"/>
    <w:rsid w:val="00E03807"/>
    <w:rsid w:val="00E2002B"/>
    <w:rsid w:val="00E85078"/>
    <w:rsid w:val="00EA45CA"/>
    <w:rsid w:val="00F4762D"/>
    <w:rsid w:val="00F70D9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683209"/>
  <w14:defaultImageDpi w14:val="300"/>
  <w15:docId w15:val="{E64EA16D-B0D8-42D2-A84B-3D32F777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A0C61"/>
    <w:rPr>
      <w:rFonts w:ascii="Noto Sans CJK TC" w:eastAsia="Noto Sans CJK TC" w:hAnsi="Noto Sans CJK TC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14">
    <w:name w:val="表格格線1"/>
    <w:basedOn w:val="a3"/>
    <w:next w:val="aff2"/>
    <w:uiPriority w:val="59"/>
    <w:rsid w:val="0094361C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Hyperlink"/>
    <w:basedOn w:val="a2"/>
    <w:uiPriority w:val="99"/>
    <w:unhideWhenUsed/>
    <w:rsid w:val="00DA1FDC"/>
    <w:rPr>
      <w:color w:val="0000FF" w:themeColor="hyperlink"/>
      <w:u w:val="single"/>
    </w:rPr>
  </w:style>
  <w:style w:type="character" w:styleId="affb">
    <w:name w:val="Unresolved Mention"/>
    <w:basedOn w:val="a2"/>
    <w:uiPriority w:val="99"/>
    <w:semiHidden/>
    <w:unhideWhenUsed/>
    <w:rsid w:val="00DA1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il&#33267;&#26412;&#26371;&#20844;&#21209;&#20449;&#31665;tmynsfoundation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叡仔 阿</cp:lastModifiedBy>
  <cp:revision>17</cp:revision>
  <dcterms:created xsi:type="dcterms:W3CDTF">2026-10-08T08:31:00Z</dcterms:created>
  <dcterms:modified xsi:type="dcterms:W3CDTF">2026-10-09T03:03:00Z</dcterms:modified>
  <cp:category/>
</cp:coreProperties>
</file>